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F2849" w14:textId="426F19A3" w:rsidR="00796AC6" w:rsidRPr="00796AC6" w:rsidRDefault="00000000" w:rsidP="00796AC6">
      <w:pPr>
        <w:pStyle w:val="Title"/>
      </w:pPr>
      <w:r>
        <w:br/>
        <w:t>AI-Based Exercise Posture Analysis Using Pose Estimation</w:t>
      </w:r>
    </w:p>
    <w:p w14:paraId="23659700" w14:textId="2488233D" w:rsidR="00796AC6" w:rsidRDefault="00796AC6">
      <w:pPr>
        <w:rPr>
          <w:rStyle w:val="Heading1Char"/>
        </w:rPr>
      </w:pPr>
      <w:r>
        <w:rPr>
          <w:rStyle w:val="Heading1Char"/>
        </w:rPr>
        <w:t xml:space="preserve">Name: Belede Shiva </w:t>
      </w:r>
      <w:proofErr w:type="spellStart"/>
      <w:r>
        <w:rPr>
          <w:rStyle w:val="Heading1Char"/>
        </w:rPr>
        <w:t>chandan</w:t>
      </w:r>
      <w:proofErr w:type="spellEnd"/>
    </w:p>
    <w:p w14:paraId="69908AE4" w14:textId="7225E52B" w:rsidR="00333BC9" w:rsidRDefault="00000000" w:rsidP="00CF28F4">
      <w:pPr>
        <w:jc w:val="both"/>
      </w:pPr>
      <w:r w:rsidRPr="00796AC6">
        <w:rPr>
          <w:rStyle w:val="Heading1Char"/>
        </w:rPr>
        <w:t>Abstract</w:t>
      </w:r>
      <w:r w:rsidRPr="00796AC6">
        <w:rPr>
          <w:rStyle w:val="Heading1Char"/>
        </w:rPr>
        <w:br/>
      </w:r>
      <w:r w:rsidR="00CF28F4" w:rsidRPr="00CF28F4">
        <w:t xml:space="preserve">In this project, I outline an artificial intelligence-based system of studying human exercise posture based on videos. System </w:t>
      </w:r>
      <w:proofErr w:type="gramStart"/>
      <w:r w:rsidR="00CF28F4" w:rsidRPr="00CF28F4">
        <w:t>pose</w:t>
      </w:r>
      <w:proofErr w:type="gramEnd"/>
      <w:r w:rsidR="00CF28F4" w:rsidRPr="00CF28F4">
        <w:t xml:space="preserve"> estimation finds landmarks of the human body and employs explicit rule-based biomechanical reasoning to test exercise form. The project is in support of squats, lunges, bicep curls, and push-ups. Instead of being based on </w:t>
      </w:r>
      <w:proofErr w:type="gramStart"/>
      <w:r w:rsidR="00CF28F4" w:rsidRPr="00CF28F4">
        <w:t>black-box</w:t>
      </w:r>
      <w:proofErr w:type="gramEnd"/>
      <w:r w:rsidR="00CF28F4" w:rsidRPr="00CF28F4">
        <w:t xml:space="preserve"> learning models, the system focuses on explainability, transparency, as well as the ability to adapt to personal body proportions. The article illustrates the potential of interpretable artificial intelligence to assist in safe and effective exercise instructions.</w:t>
      </w:r>
    </w:p>
    <w:p w14:paraId="56F0F3CE" w14:textId="77777777" w:rsidR="00E2230D" w:rsidRDefault="00000000" w:rsidP="00E2230D">
      <w:pPr>
        <w:jc w:val="both"/>
        <w:rPr>
          <w:rStyle w:val="Heading1Char"/>
        </w:rPr>
      </w:pPr>
      <w:r w:rsidRPr="00796AC6">
        <w:rPr>
          <w:rStyle w:val="Heading1Char"/>
        </w:rPr>
        <w:t>1.Introduction</w:t>
      </w:r>
    </w:p>
    <w:p w14:paraId="4A12A872" w14:textId="77777777" w:rsidR="00E2230D" w:rsidRDefault="00E2230D" w:rsidP="00E2230D">
      <w:pPr>
        <w:jc w:val="both"/>
      </w:pPr>
      <w:r>
        <w:t xml:space="preserve">Proper posture during exercise is essential in preventing injury, improving performance, and physical health in the </w:t>
      </w:r>
      <w:proofErr w:type="gramStart"/>
      <w:r>
        <w:t>long-run</w:t>
      </w:r>
      <w:proofErr w:type="gramEnd"/>
      <w:r>
        <w:t>. Nevertheless, not all people work out with the help of a trainer or any other specialists. As more computer vision tools have become more accessible, artificial intelligence may be used to aid users with automated posture analysis.</w:t>
      </w:r>
    </w:p>
    <w:p w14:paraId="04B859B8" w14:textId="48D50BEF" w:rsidR="00333BC9" w:rsidRDefault="00E2230D" w:rsidP="00E2230D">
      <w:pPr>
        <w:jc w:val="both"/>
      </w:pPr>
      <w:r>
        <w:t>In this project, the researcher will examine the application of pose estimation and rule-based reasoning in analyzing exercise form using pre-recorded videos. It is not aimed at substituting professional trainers but will provide an accessible means of feedback that would assist users in identifying frequent posture mistakes. There is a high focus on explainable AI, as the user and evaluators will be able to see how and why decisions are made.</w:t>
      </w:r>
      <w:r w:rsidR="00000000">
        <w:br/>
      </w:r>
    </w:p>
    <w:p w14:paraId="44A82839" w14:textId="77777777" w:rsidR="00E2230D" w:rsidRDefault="00000000" w:rsidP="00E2230D">
      <w:pPr>
        <w:rPr>
          <w:rStyle w:val="Heading1Char"/>
        </w:rPr>
      </w:pPr>
      <w:r w:rsidRPr="00796AC6">
        <w:rPr>
          <w:rStyle w:val="Heading1Char"/>
        </w:rPr>
        <w:t>2. Related Concepts and Motivation</w:t>
      </w:r>
    </w:p>
    <w:p w14:paraId="78AD4899" w14:textId="77777777" w:rsidR="00E2230D" w:rsidRDefault="00E2230D" w:rsidP="00E2230D">
      <w:pPr>
        <w:jc w:val="both"/>
      </w:pPr>
      <w:r>
        <w:t xml:space="preserve">Conventional AI methods used to analyze the posture usually use deep learning networks that are trained on </w:t>
      </w:r>
      <w:proofErr w:type="gramStart"/>
      <w:r>
        <w:t>massive labeled</w:t>
      </w:r>
      <w:proofErr w:type="gramEnd"/>
      <w:r>
        <w:t xml:space="preserve"> data. On the one hand, they are effective but at the cost of transparency and need a considerable amount of data. On the contrary, this project is knowledge-based.</w:t>
      </w:r>
    </w:p>
    <w:p w14:paraId="28384E79" w14:textId="66AA979D" w:rsidR="00333BC9" w:rsidRDefault="00E2230D" w:rsidP="00E2230D">
      <w:pPr>
        <w:jc w:val="both"/>
      </w:pPr>
      <w:r>
        <w:lastRenderedPageBreak/>
        <w:t>The system is decipherable and simpler to debug as pose landmarks and explicit rules are based on biomechanics. The design decision is in line with the human-centered AI concepts and</w:t>
      </w:r>
      <w:r>
        <w:t xml:space="preserve"> especially suitable in educational environments.</w:t>
      </w:r>
    </w:p>
    <w:p w14:paraId="628E9DEA" w14:textId="6E07C44F" w:rsidR="00333BC9" w:rsidRDefault="00000000" w:rsidP="00E2230D">
      <w:r w:rsidRPr="00796AC6">
        <w:rPr>
          <w:rStyle w:val="Heading1Char"/>
        </w:rPr>
        <w:t>3. System Architecture</w:t>
      </w:r>
    </w:p>
    <w:p w14:paraId="2893C3D0" w14:textId="77777777" w:rsidR="00E2230D" w:rsidRDefault="00E2230D" w:rsidP="00E2230D">
      <w:pPr>
        <w:jc w:val="both"/>
      </w:pPr>
      <w:r>
        <w:t>The system is based on the four primary elements of a modular architecture, which are video-input, pose-estimation, feature-extraction, and rule-based-evaluation.</w:t>
      </w:r>
    </w:p>
    <w:p w14:paraId="1612F24C" w14:textId="47CBBC68" w:rsidR="00E2230D" w:rsidRDefault="00E2230D" w:rsidP="00E2230D">
      <w:pPr>
        <w:jc w:val="both"/>
      </w:pPr>
      <w:r>
        <w:t xml:space="preserve">The stimulus is a video of a pre-recorded exercise. A frame is processed by </w:t>
      </w:r>
      <w:proofErr w:type="spellStart"/>
      <w:r>
        <w:t>MediaPipe</w:t>
      </w:r>
      <w:proofErr w:type="spellEnd"/>
      <w:r>
        <w:t xml:space="preserve"> Pose to identify body landmarks in each frame. It is on these landmarks that joint angles and proportions of the body are computed. Lastly, exercise-specific guidelines are used to define the correctness of posture.</w:t>
      </w:r>
    </w:p>
    <w:p w14:paraId="45A593DB" w14:textId="77777777" w:rsidR="00E2230D" w:rsidRDefault="00000000" w:rsidP="00E2230D">
      <w:r w:rsidRPr="00E2230D">
        <w:rPr>
          <w:rStyle w:val="Heading1Char"/>
        </w:rPr>
        <w:t>4. Pose Estimation and Landmark Extraction</w:t>
      </w:r>
    </w:p>
    <w:p w14:paraId="279380C4" w14:textId="799AE08E" w:rsidR="00E2230D" w:rsidRDefault="00E2230D" w:rsidP="0031689E">
      <w:pPr>
        <w:jc w:val="both"/>
      </w:pPr>
      <w:proofErr w:type="spellStart"/>
      <w:r>
        <w:t>MediaPipe</w:t>
      </w:r>
      <w:proofErr w:type="spellEnd"/>
      <w:r>
        <w:t xml:space="preserve"> Pose is an effective and powerful way of recognizing human body landmarks in 2D images. Some of the main joints found in this model are shoulders, hips, knees, elbows, wrists, and ankles.</w:t>
      </w:r>
    </w:p>
    <w:p w14:paraId="26079CB1" w14:textId="60BFA735" w:rsidR="00E2230D" w:rsidRDefault="00E2230D" w:rsidP="00E2230D">
      <w:pPr>
        <w:jc w:val="both"/>
      </w:pPr>
      <w:r>
        <w:t xml:space="preserve">Pose estimation is considered the perception layer of the system. It does not give meaning but provides </w:t>
      </w:r>
      <w:proofErr w:type="spellStart"/>
      <w:r>
        <w:t>organised</w:t>
      </w:r>
      <w:proofErr w:type="spellEnd"/>
      <w:r>
        <w:t xml:space="preserve"> geometrical information. The divorce between perception and reasoning enhances clarity and reliability of the system.</w:t>
      </w:r>
    </w:p>
    <w:p w14:paraId="2A134885" w14:textId="6478C102" w:rsidR="00333BC9" w:rsidRDefault="00000000" w:rsidP="0031689E">
      <w:r w:rsidRPr="00796AC6">
        <w:rPr>
          <w:rStyle w:val="Heading1Char"/>
        </w:rPr>
        <w:t>5. Feature Extraction and Measurements</w:t>
      </w:r>
    </w:p>
    <w:p w14:paraId="040FE05B" w14:textId="77777777" w:rsidR="0031689E" w:rsidRDefault="0031689E" w:rsidP="0031689E">
      <w:pPr>
        <w:jc w:val="both"/>
      </w:pPr>
      <w:r>
        <w:t>The system derives joint angles based on the detected landmarks with the help of vector geometry. As an illustration, the angle of the knees is calculated with the help of hip, knee, and ankle positions, and elbow angle is calculated with the assistance of shoulder, elbow, and wrist positions.</w:t>
      </w:r>
    </w:p>
    <w:p w14:paraId="1CD2A252" w14:textId="557AF7CE" w:rsidR="0031689E" w:rsidRDefault="0031689E" w:rsidP="0031689E">
      <w:pPr>
        <w:jc w:val="both"/>
      </w:pPr>
      <w:r>
        <w:t xml:space="preserve">There </w:t>
      </w:r>
      <w:r>
        <w:t>is</w:t>
      </w:r>
      <w:r>
        <w:t xml:space="preserve"> also </w:t>
      </w:r>
      <w:r>
        <w:t>an</w:t>
      </w:r>
      <w:r>
        <w:t xml:space="preserve"> estimation of torso and leg length to calculate the ratios of body proportions. Such measurements will enable the system to adjust its feedback according to the </w:t>
      </w:r>
      <w:r>
        <w:t>anatomical</w:t>
      </w:r>
      <w:r>
        <w:t xml:space="preserve"> differences among </w:t>
      </w:r>
      <w:r>
        <w:t>individuals</w:t>
      </w:r>
      <w:r>
        <w:t>.</w:t>
      </w:r>
    </w:p>
    <w:p w14:paraId="14100E48" w14:textId="2F9AD88F" w:rsidR="00333BC9" w:rsidRDefault="00000000" w:rsidP="0031689E">
      <w:r w:rsidRPr="00796AC6">
        <w:rPr>
          <w:rStyle w:val="Heading1Char"/>
        </w:rPr>
        <w:t>6. Exercise-Specific Rule-Based Evaluation</w:t>
      </w:r>
      <w:r w:rsidRPr="00796AC6">
        <w:rPr>
          <w:rStyle w:val="Heading1Char"/>
        </w:rPr>
        <w:br/>
      </w:r>
    </w:p>
    <w:p w14:paraId="49B2FB5C" w14:textId="77777777" w:rsidR="0031689E" w:rsidRDefault="0031689E" w:rsidP="0031689E">
      <w:r>
        <w:t>The rules are assessed on the domain-informed rules:</w:t>
      </w:r>
    </w:p>
    <w:p w14:paraId="7261C465" w14:textId="05D8063A" w:rsidR="0031689E" w:rsidRDefault="0031689E" w:rsidP="0031689E">
      <w:pPr>
        <w:jc w:val="both"/>
      </w:pPr>
      <w:r>
        <w:t xml:space="preserve">The assessments of the squats are done in terms of knee flexion angle and hip depth. Front knee alignment and bend angle are used as the measure of lunges. Elbow flexion thresholds are used to test the bicep curls. Push-ups should be tested with a check of shoulders, hips </w:t>
      </w:r>
      <w:r>
        <w:lastRenderedPageBreak/>
        <w:t xml:space="preserve">and ankles </w:t>
      </w:r>
      <w:proofErr w:type="gramStart"/>
      <w:r>
        <w:t>in order to</w:t>
      </w:r>
      <w:proofErr w:type="gramEnd"/>
      <w:r>
        <w:t xml:space="preserve"> ascertain straight posture of the body.</w:t>
      </w:r>
      <w:r>
        <w:t xml:space="preserve"> These regulations are supposedly conservative to make safety a priority.</w:t>
      </w:r>
    </w:p>
    <w:p w14:paraId="7E88245D" w14:textId="5683845B" w:rsidR="00333BC9" w:rsidRDefault="00000000" w:rsidP="0031689E">
      <w:r w:rsidRPr="00796AC6">
        <w:rPr>
          <w:rStyle w:val="Heading1Char"/>
        </w:rPr>
        <w:t>7. Personalization Using Body Proportions</w:t>
      </w:r>
    </w:p>
    <w:p w14:paraId="1346938A" w14:textId="77777777" w:rsidR="0031689E" w:rsidRDefault="0031689E" w:rsidP="0034444F">
      <w:pPr>
        <w:jc w:val="both"/>
      </w:pPr>
      <w:r>
        <w:t>There is a big difference between the anatomy of humans. To overcome this, the system categorizes the users into the long-leg, long-torso, or balanced body types on the facts of the leg-to-torso proportion.</w:t>
      </w:r>
    </w:p>
    <w:p w14:paraId="586E0D36" w14:textId="1596D559" w:rsidR="0031689E" w:rsidRDefault="0031689E" w:rsidP="0031689E">
      <w:pPr>
        <w:jc w:val="both"/>
      </w:pPr>
      <w:r>
        <w:t>The classification facilitates contextual feedback in a way that he can be advised to raise his heels when squatting because he is a long-legged person. Personalization enhances usability and fairness of the posture evaluation.</w:t>
      </w:r>
    </w:p>
    <w:p w14:paraId="47E7EE1C" w14:textId="406737EC" w:rsidR="00333BC9" w:rsidRDefault="00000000" w:rsidP="0031689E">
      <w:pPr>
        <w:jc w:val="both"/>
      </w:pPr>
      <w:r w:rsidRPr="00796AC6">
        <w:rPr>
          <w:rStyle w:val="Heading1Char"/>
        </w:rPr>
        <w:t>8.Data</w:t>
      </w:r>
      <w:r w:rsidRPr="00796AC6">
        <w:rPr>
          <w:rStyle w:val="Heading1Char"/>
        </w:rPr>
        <w:br/>
      </w:r>
      <w:r>
        <w:t>The system works with any pre-recorded exercise video. For testing and demonstration, publicly available royalty-free videos from Pexels (https://www.pexels.com) were used</w:t>
      </w:r>
      <w:r w:rsidR="0031689E">
        <w:t xml:space="preserve"> and some personal friends and family workout videos are also used.</w:t>
      </w:r>
      <w:r>
        <w:t xml:space="preserve"> </w:t>
      </w:r>
      <w:r w:rsidR="0031689E">
        <w:t>No datasets are required for this project</w:t>
      </w:r>
    </w:p>
    <w:p w14:paraId="38668F51" w14:textId="1CE44E67" w:rsidR="00333BC9" w:rsidRDefault="00000000" w:rsidP="0034444F">
      <w:pPr>
        <w:jc w:val="both"/>
      </w:pPr>
      <w:r w:rsidRPr="00796AC6">
        <w:rPr>
          <w:rStyle w:val="Heading1Char"/>
        </w:rPr>
        <w:t>9.Results</w:t>
      </w:r>
      <w:r w:rsidRPr="00796AC6">
        <w:rPr>
          <w:rStyle w:val="Heading1Char"/>
        </w:rPr>
        <w:br/>
      </w:r>
      <w:r>
        <w:t>The system successfully processed multiple exercise videos and consistently detected pose landmarks. Skeleton overlays and textual feedback were rendered in real time.</w:t>
      </w:r>
    </w:p>
    <w:p w14:paraId="5194E639" w14:textId="77777777" w:rsidR="00333BC9" w:rsidRDefault="00000000" w:rsidP="0034444F">
      <w:pPr>
        <w:jc w:val="both"/>
      </w:pPr>
      <w:r>
        <w:t>The modular design allowed multiple exercises to be evaluated using the same pose estimation pipeline, demonstrating reusability and scalability.</w:t>
      </w:r>
    </w:p>
    <w:p w14:paraId="3707F8EB" w14:textId="7A6F77C4" w:rsidR="00333BC9" w:rsidRDefault="00000000" w:rsidP="0034444F">
      <w:r w:rsidRPr="00796AC6">
        <w:rPr>
          <w:rStyle w:val="Heading1Char"/>
        </w:rPr>
        <w:t>10. Learning Process and Challenges</w:t>
      </w:r>
    </w:p>
    <w:p w14:paraId="703EDE40" w14:textId="68AD6989" w:rsidR="0034444F" w:rsidRDefault="0034444F" w:rsidP="0034444F">
      <w:pPr>
        <w:jc w:val="both"/>
      </w:pPr>
      <w:r>
        <w:t xml:space="preserve">One of the most crucial issues that arose during the development was the compatibility of the software across the versions of Python and Python dependencies. </w:t>
      </w:r>
      <w:r>
        <w:t>Media Pipe</w:t>
      </w:r>
      <w:r>
        <w:t xml:space="preserve"> uses native extensions which can no longer be used with newer releases of Python and NumPy.</w:t>
      </w:r>
    </w:p>
    <w:p w14:paraId="63E9A8D8" w14:textId="2A2A347E" w:rsidR="0034444F" w:rsidRDefault="0034444F" w:rsidP="0034444F">
      <w:pPr>
        <w:jc w:val="both"/>
      </w:pPr>
      <w:r>
        <w:t>The solution to this problem was to put the environment into isolation and run Python 3.10 and a compatible NumPy version. This experience highlighted the importance of environmental management and reproducibility in practical AI systems.</w:t>
      </w:r>
    </w:p>
    <w:p w14:paraId="39E716C5" w14:textId="54AAA6E4" w:rsidR="00333BC9" w:rsidRDefault="00000000" w:rsidP="0034444F">
      <w:pPr>
        <w:jc w:val="both"/>
      </w:pPr>
      <w:r w:rsidRPr="00796AC6">
        <w:rPr>
          <w:rStyle w:val="Heading1Char"/>
        </w:rPr>
        <w:t>1</w:t>
      </w:r>
      <w:r w:rsidR="0034444F">
        <w:rPr>
          <w:rStyle w:val="Heading1Char"/>
        </w:rPr>
        <w:t>1</w:t>
      </w:r>
      <w:r w:rsidRPr="00796AC6">
        <w:rPr>
          <w:rStyle w:val="Heading1Char"/>
        </w:rPr>
        <w:t>.Conclusion</w:t>
      </w:r>
      <w:r w:rsidRPr="00796AC6">
        <w:rPr>
          <w:rStyle w:val="Heading1Char"/>
        </w:rPr>
        <w:br/>
      </w:r>
      <w:r w:rsidR="0034444F" w:rsidRPr="0034444F">
        <w:t xml:space="preserve">This project establishes the fact that explainable, rule-based artificial intelligence systems can effectively analyze the exercise posture through pose estimation. The system implies meaningful feedback and is not based on </w:t>
      </w:r>
      <w:proofErr w:type="gramStart"/>
      <w:r w:rsidR="0034444F" w:rsidRPr="0034444F">
        <w:t>black-box</w:t>
      </w:r>
      <w:proofErr w:type="gramEnd"/>
      <w:r w:rsidR="0034444F" w:rsidRPr="0034444F">
        <w:t xml:space="preserve"> learning models by emphasizing the importance of transparency and personalization.</w:t>
      </w:r>
    </w:p>
    <w:p w14:paraId="71614E7E" w14:textId="5A7937A3" w:rsidR="00333BC9" w:rsidRDefault="00000000" w:rsidP="0034444F">
      <w:r w:rsidRPr="00796AC6">
        <w:rPr>
          <w:rStyle w:val="Heading1Char"/>
        </w:rPr>
        <w:lastRenderedPageBreak/>
        <w:t xml:space="preserve">13. Execution </w:t>
      </w:r>
      <w:r w:rsidR="0034444F" w:rsidRPr="0034444F">
        <w:t>(</w:t>
      </w:r>
      <w:r>
        <w:t>Terminal-Based Execution)</w:t>
      </w:r>
      <w:r>
        <w:br/>
        <w:t>The project is executed using pre-recorded videos through the terminal.</w:t>
      </w:r>
    </w:p>
    <w:p w14:paraId="3D0D2A30" w14:textId="522AFCDA" w:rsidR="00333BC9" w:rsidRDefault="0034444F">
      <w:r>
        <w:t xml:space="preserve">First </w:t>
      </w:r>
      <w:r w:rsidR="00000000">
        <w:t>Activate environment:</w:t>
      </w:r>
      <w:r>
        <w:t xml:space="preserve"> </w:t>
      </w:r>
      <w:proofErr w:type="spellStart"/>
      <w:r w:rsidR="00000000">
        <w:t>conda</w:t>
      </w:r>
      <w:proofErr w:type="spellEnd"/>
      <w:r w:rsidR="00000000">
        <w:t xml:space="preserve"> activate posture310</w:t>
      </w:r>
    </w:p>
    <w:p w14:paraId="3D185B5D" w14:textId="19372E5C" w:rsidR="00333BC9" w:rsidRDefault="00000000">
      <w:r>
        <w:t>Navigate to project folder:</w:t>
      </w:r>
      <w:r w:rsidR="0034444F">
        <w:t xml:space="preserve">   </w:t>
      </w:r>
      <w:r>
        <w:t>cd Downloads</w:t>
      </w:r>
    </w:p>
    <w:p w14:paraId="6A75D626" w14:textId="125781FC" w:rsidR="00333BC9" w:rsidRDefault="00000000">
      <w:r>
        <w:t>Run analysis:</w:t>
      </w:r>
      <w:r>
        <w:br/>
        <w:t>python posture_analysis.py --video squat.mp4 --exercise squat</w:t>
      </w:r>
    </w:p>
    <w:p w14:paraId="45A56811" w14:textId="77777777" w:rsidR="00333BC9" w:rsidRDefault="00000000">
      <w:r>
        <w:t>Run lunge analysis:</w:t>
      </w:r>
      <w:r>
        <w:br/>
        <w:t>python posture_analysis.py --video lunge.mp4 --exercise lunge</w:t>
      </w:r>
    </w:p>
    <w:p w14:paraId="75961C1B" w14:textId="77777777" w:rsidR="00333BC9" w:rsidRDefault="00000000">
      <w:r>
        <w:t>Run bicep curl analysis:</w:t>
      </w:r>
      <w:r>
        <w:br/>
        <w:t>python posture_analysis.py --video bicep_curl.mp4 --exercise bicep_curl</w:t>
      </w:r>
    </w:p>
    <w:p w14:paraId="1AC12009" w14:textId="77777777" w:rsidR="00333BC9" w:rsidRDefault="00000000">
      <w:r>
        <w:t>Run push-up analysis:</w:t>
      </w:r>
      <w:r>
        <w:br/>
        <w:t>python posture_analysis.py --video push_up.mp4 --exercise pushup</w:t>
      </w:r>
    </w:p>
    <w:p w14:paraId="7DF6C638" w14:textId="77777777" w:rsidR="00333BC9" w:rsidRDefault="00000000">
      <w:r>
        <w:t>Press 'q' to exit the video window.</w:t>
      </w:r>
    </w:p>
    <w:p w14:paraId="021307D4" w14:textId="77777777" w:rsidR="0034444F" w:rsidRDefault="00000000" w:rsidP="0034444F">
      <w:pPr>
        <w:jc w:val="both"/>
        <w:rPr>
          <w:rStyle w:val="Heading1Char"/>
        </w:rPr>
      </w:pPr>
      <w:r w:rsidRPr="00796AC6">
        <w:rPr>
          <w:rStyle w:val="Heading1Char"/>
        </w:rPr>
        <w:t>14.FutureWork</w:t>
      </w:r>
    </w:p>
    <w:p w14:paraId="44B419B5" w14:textId="77777777" w:rsidR="000D0E03" w:rsidRDefault="00000000" w:rsidP="0034444F">
      <w:r>
        <w:t>Future improvements include repetition counting, real-time webcam feedback, automated exercise detection, and adaptive learning-based posture evaluation</w:t>
      </w:r>
      <w:r w:rsidR="0034444F">
        <w:t>.</w:t>
      </w:r>
    </w:p>
    <w:p w14:paraId="7536DD80" w14:textId="77777777" w:rsidR="000D0E03" w:rsidRDefault="000D0E03" w:rsidP="0034444F"/>
    <w:p w14:paraId="3ECBD004" w14:textId="77777777" w:rsidR="000D0E03" w:rsidRDefault="000D0E03" w:rsidP="000D0E03">
      <w:pPr>
        <w:pStyle w:val="Heading1"/>
      </w:pPr>
    </w:p>
    <w:p w14:paraId="624A60F2" w14:textId="77777777" w:rsidR="000D0E03" w:rsidRDefault="000D0E03" w:rsidP="000D0E03">
      <w:pPr>
        <w:pStyle w:val="Heading1"/>
      </w:pPr>
    </w:p>
    <w:p w14:paraId="7E1B69AF" w14:textId="77777777" w:rsidR="000D0E03" w:rsidRDefault="000D0E03" w:rsidP="000D0E03">
      <w:pPr>
        <w:pStyle w:val="Heading1"/>
      </w:pPr>
    </w:p>
    <w:p w14:paraId="60DF75FE" w14:textId="77777777" w:rsidR="000D0E03" w:rsidRDefault="000D0E03" w:rsidP="000D0E03">
      <w:pPr>
        <w:pStyle w:val="Heading1"/>
      </w:pPr>
    </w:p>
    <w:p w14:paraId="5F034A80" w14:textId="77777777" w:rsidR="000D0E03" w:rsidRDefault="000D0E03" w:rsidP="000D0E03">
      <w:pPr>
        <w:pStyle w:val="Heading1"/>
      </w:pPr>
    </w:p>
    <w:p w14:paraId="4DB139B2" w14:textId="77777777" w:rsidR="000D0E03" w:rsidRDefault="000D0E03" w:rsidP="000D0E03"/>
    <w:p w14:paraId="376C1513" w14:textId="77777777" w:rsidR="000D0E03" w:rsidRPr="000D0E03" w:rsidRDefault="000D0E03" w:rsidP="000D0E03"/>
    <w:p w14:paraId="75AE9D60" w14:textId="7AE59376" w:rsidR="000D0E03" w:rsidRDefault="000D0E03" w:rsidP="000D0E03">
      <w:pPr>
        <w:pStyle w:val="Heading1"/>
      </w:pPr>
      <w:proofErr w:type="gramStart"/>
      <w:r>
        <w:lastRenderedPageBreak/>
        <w:t>15..Screenshots</w:t>
      </w:r>
      <w:proofErr w:type="gramEnd"/>
    </w:p>
    <w:p w14:paraId="2C949B19" w14:textId="4359F51B" w:rsidR="000D0E03" w:rsidRDefault="000D0E03" w:rsidP="000D0E03">
      <w:r>
        <w:rPr>
          <w:noProof/>
        </w:rPr>
        <w:drawing>
          <wp:inline distT="0" distB="0" distL="0" distR="0" wp14:anchorId="6D1CD6AF" wp14:editId="6EFE0F77">
            <wp:extent cx="5486400" cy="3568065"/>
            <wp:effectExtent l="0" t="0" r="0" b="635"/>
            <wp:docPr id="1944781201" name="Picture 1"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81201" name="Picture 1" descr="A screenshot of a video&#10;&#10;AI-generated content may be incorrect."/>
                    <pic:cNvPicPr/>
                  </pic:nvPicPr>
                  <pic:blipFill>
                    <a:blip r:embed="rId6"/>
                    <a:stretch>
                      <a:fillRect/>
                    </a:stretch>
                  </pic:blipFill>
                  <pic:spPr>
                    <a:xfrm>
                      <a:off x="0" y="0"/>
                      <a:ext cx="5486400" cy="3568065"/>
                    </a:xfrm>
                    <a:prstGeom prst="rect">
                      <a:avLst/>
                    </a:prstGeom>
                  </pic:spPr>
                </pic:pic>
              </a:graphicData>
            </a:graphic>
          </wp:inline>
        </w:drawing>
      </w:r>
    </w:p>
    <w:p w14:paraId="6C934913" w14:textId="77777777" w:rsidR="000D0E03" w:rsidRDefault="000D0E03" w:rsidP="000D0E03"/>
    <w:p w14:paraId="3AFFC119" w14:textId="07B46BB3" w:rsidR="000D0E03" w:rsidRDefault="000D0E03" w:rsidP="000D0E03">
      <w:r>
        <w:rPr>
          <w:noProof/>
        </w:rPr>
        <w:drawing>
          <wp:inline distT="0" distB="0" distL="0" distR="0" wp14:anchorId="2F94583E" wp14:editId="4A6C266E">
            <wp:extent cx="5486400" cy="3568065"/>
            <wp:effectExtent l="0" t="0" r="0" b="635"/>
            <wp:docPr id="92451180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11801" name="Picture 2" descr="A screenshot of a computer&#10;&#10;AI-generated content may be incorrect."/>
                    <pic:cNvPicPr/>
                  </pic:nvPicPr>
                  <pic:blipFill>
                    <a:blip r:embed="rId7"/>
                    <a:stretch>
                      <a:fillRect/>
                    </a:stretch>
                  </pic:blipFill>
                  <pic:spPr>
                    <a:xfrm>
                      <a:off x="0" y="0"/>
                      <a:ext cx="5486400" cy="3568065"/>
                    </a:xfrm>
                    <a:prstGeom prst="rect">
                      <a:avLst/>
                    </a:prstGeom>
                  </pic:spPr>
                </pic:pic>
              </a:graphicData>
            </a:graphic>
          </wp:inline>
        </w:drawing>
      </w:r>
    </w:p>
    <w:p w14:paraId="72632A61" w14:textId="77777777" w:rsidR="000D0E03" w:rsidRPr="000D0E03" w:rsidRDefault="000D0E03" w:rsidP="000D0E03"/>
    <w:p w14:paraId="75446934" w14:textId="77777777" w:rsidR="000D0E03" w:rsidRDefault="000D0E03" w:rsidP="000D0E03">
      <w:pPr>
        <w:pStyle w:val="Heading1"/>
      </w:pPr>
    </w:p>
    <w:p w14:paraId="4C3A9149" w14:textId="77777777" w:rsidR="000D0E03" w:rsidRDefault="000D0E03" w:rsidP="000D0E03">
      <w:pPr>
        <w:pStyle w:val="Heading1"/>
      </w:pPr>
    </w:p>
    <w:p w14:paraId="7F1F4116" w14:textId="020A2C8B" w:rsidR="00333BC9" w:rsidRPr="0034444F" w:rsidRDefault="00000000" w:rsidP="000D0E03">
      <w:pPr>
        <w:pStyle w:val="Heading1"/>
      </w:pPr>
      <w:r>
        <w:br/>
      </w:r>
    </w:p>
    <w:sectPr w:rsidR="00333BC9" w:rsidRPr="0034444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66806140">
    <w:abstractNumId w:val="8"/>
  </w:num>
  <w:num w:numId="2" w16cid:durableId="732240066">
    <w:abstractNumId w:val="6"/>
  </w:num>
  <w:num w:numId="3" w16cid:durableId="1767579414">
    <w:abstractNumId w:val="5"/>
  </w:num>
  <w:num w:numId="4" w16cid:durableId="708141662">
    <w:abstractNumId w:val="4"/>
  </w:num>
  <w:num w:numId="5" w16cid:durableId="1875383167">
    <w:abstractNumId w:val="7"/>
  </w:num>
  <w:num w:numId="6" w16cid:durableId="2043356761">
    <w:abstractNumId w:val="3"/>
  </w:num>
  <w:num w:numId="7" w16cid:durableId="262223915">
    <w:abstractNumId w:val="2"/>
  </w:num>
  <w:num w:numId="8" w16cid:durableId="61217789">
    <w:abstractNumId w:val="1"/>
  </w:num>
  <w:num w:numId="9" w16cid:durableId="1968389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D0E03"/>
    <w:rsid w:val="0015074B"/>
    <w:rsid w:val="0029639D"/>
    <w:rsid w:val="0031689E"/>
    <w:rsid w:val="00326F90"/>
    <w:rsid w:val="00333BC9"/>
    <w:rsid w:val="0034444F"/>
    <w:rsid w:val="005A7569"/>
    <w:rsid w:val="00796AC6"/>
    <w:rsid w:val="00AA1D8D"/>
    <w:rsid w:val="00B47730"/>
    <w:rsid w:val="00BD151C"/>
    <w:rsid w:val="00CB0664"/>
    <w:rsid w:val="00CF28F4"/>
    <w:rsid w:val="00E2230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824BC8"/>
  <w14:defaultImageDpi w14:val="300"/>
  <w15:docId w15:val="{DF496687-E4F4-B54E-B499-0D6A076DA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1024</Words>
  <Characters>5841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Shiva Chandan Belede</cp:lastModifiedBy>
  <cp:revision>8</cp:revision>
  <dcterms:created xsi:type="dcterms:W3CDTF">2025-12-15T14:40:00Z</dcterms:created>
  <dcterms:modified xsi:type="dcterms:W3CDTF">2025-12-16T03:12:00Z</dcterms:modified>
  <cp:category/>
</cp:coreProperties>
</file>